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תרבות ופנאי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מידע על ספריות, טיולים ומוזיקה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המילה פנאי ואת השורש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וכתיבה על זמן פנוי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ספרייה ציבורית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שפות רבות, וגם עברית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כרטיס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מים, כובע ונעליים טובות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ספרים בהרבה שפות וגם בעברית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פנאי הוא זמן פנוי אחרי עבודה או לימודים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בציבור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(ספרים בחינם או בעלות נמוכה)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(מסלול הליכה ארוך מצפון לדרום)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(לשיר ביחד עם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(דבר שאוהבים לעשות הרבה)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- לפני 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את מזג האוויר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לוקחים מים, כובע ונעליים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מספרים למישהו לאן הולכים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יוצאים מוקדם בבוקר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על תחביב אישי ועל זמן פנוי, לפי הדוגמה של מרים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פנאי = זמן פנוי, שורש פ-נ-ה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באולם, בגינה או בבית, בשירה בציבור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הטקסטים בקול לפני הקריאה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לשוחח עם התלמידים על תחביבים אישיים לפני 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מודעות השכונה כדוגמה אמיתית ולבקש מהתלמידים ליצור מודעה דומה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תרבות ופנאי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הספרייה הציבורית, על טיולים בארץ, על שירה בציבור ועל המילה פנאי. נענה על שאלות ונתרגל 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קורא  ·  בציבור  ·  הארץ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יש ברוב הערים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חנות ספרים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ספרייה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בית ספר לעברית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שפות יש בספרים בספרייה?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שפות רבות, וגם עברית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צריך כדי לקחת ספר הביתה?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דרכון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כרטיס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מה לוקחים לטיול?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מחשב וספר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מים, כובע ונעליים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בספרייה יש רק ספרים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שביל ישראל עובר מצפון לדרום.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פנאי הוא זמן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לקחת ספר מהספרייה, צריך כרטיס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שביל ישראל עובר בכל __________, מצפון לדרום.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בישראל אוהבים לשיר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ספרייה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לשיר ביחד עם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שביל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דבר שאוהבים לעשות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שירה בציבור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מסלול הליכה ארוך מצפון לדרום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תחביב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ספרים בחינם או בעלות נמוכה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- לפני 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מספרים למישהו לאן הולכים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יוצאים מוקדם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לוקחים מים, כובע ונעליים טובות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את מזג האוויר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3-4 משפטים: מה התחביב שלכם, ומתי יש לכם זמן פנאי?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פנאי, ומה השורש של המילה?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אפשר לשיר בציבור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תרבות ופנאי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