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תרבות ופנאי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מידע על ספריות, טיולים ומוזיקה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המילה פנאי ואת השורש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וכתיבה על זמן פנוי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ספרייה ציבורית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שפות רבות, וגם עברית 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כרטיס קורא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1,000 קילומטר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מים, כובע ונעליים טובות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שיטפונות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עולים מכל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לשיר ביחד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ספרים בהרבה שפות וגם בעברית 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פנאי הוא זמן פנוי אחרי עבודה או לימודים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הכניסה בחינם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כמו במילה פנוי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בציבור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תחביב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זמרים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(ספרים בחינם או בעלות נמוכה)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(מסלול הליכה ארוך מצפון לדרום)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(לשיר ביחד עם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(דבר שאוהבים לעשות הרבה)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(יום פתוח בכניסה חינם)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- לפני טיול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את מזג האוויר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לוקחים מים, כובע ונעליים טובות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מספרים למישהו לאן הולכים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יוצאים מוקדם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מטיילים בטבע ונהנים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על תחביב אישי ועל זמן פנוי, לפי הדוגמה של מרים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הזמנה הכוללת מקום, זמן ותיאור קצר של הפעילות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פנאי = זמן פנוי, שורש פ-נ-ה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באולם, בגינה או בבית, בשירה בציבור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כרטיס קורא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הטקסטים בקול לפני הקריאה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לשוחח עם התלמידים על תחביבים אישיים לפני משימת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להציג מודעות השכונה כדוגמה אמיתית ולבקש מהתלמידים ליצור מודעה דומה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תרבות ופנאי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לומדים על ספרייה, טיול, שירה ביחד ומילה חדשה: פנאי. עונים על שאלות קלות.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ספרייה ציבורית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עם הרבה ספרים, פתוח לכולם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קורא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שצריך כדי לקחת ספר הביתה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שביל ישראל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ארוכה להליכה מצפון לדרום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שמורת טבע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טבע שמור, אסור לפגוע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שירה בציבור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לשיר ביחד עם אנשים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פנאי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פנוי אחרי עבודה או לימודים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תחביב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שאוהבים לעשות הרבה פעמים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מקהלה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ששרים ביחד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יש בעיר, לכולם?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חנות ספרים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ספרייה ציבורית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ספר לעברית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שפות יש בספרים בספרייה?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שפות רבות, וגם עברית קלה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צריך כדי לקחת ספר הביתה?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דרכון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אשראי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 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אורכו של שביל ישראל בערך?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 קילומטר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1,000 קילומטר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קילומטר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לוקחים לטיול?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מחשב וספר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מים, כובע ונעליים טובות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יכול לקרות במדבר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שלג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שיטפונות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חום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מי הביאו שירים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עולים מכל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זה שירה בציבור?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לשיר לבד במקלחת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לשיר ביחד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לשמוע רדיו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בספרייה יש רק ספרים בעברית.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שביל ישראל עובר מצפון לדרום.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פנאי הוא זמן בעבודה.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מרים אוהבת לצייר, וזה התחביב 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הכניסה למוזיאון ביום הפתוח עולה הרבה כסף.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של המילה פנאי הוא פ-נ-ה.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לקחת ספר מהספרייה, צריך כרטיס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שביל ישראל עובר בכל __________, מצפון לדרום.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בישראל אוהבים לשיר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בזמן ה__________ אני קורא ספרים ומטייל.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דבר שאוהבים לעשות הרבה פעמים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המקהלה של השכונה מחפשת __________ וזמרות.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ספרייה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לשיר ביחד עם 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שביל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ספרים בחינם או בעלות נמוכה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שירה בציבור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דבר שאוהבים לעשות הרבה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תחביב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יום פתוח בכניסה חינם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מוזיאון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מסלול הליכה ארוך מצפון לדרום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- לפני טיול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יוצאים מוקדם בבוקר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מספרים למישהו לאן הולכים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את מזג האוויר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מטיילים בטבע ונהנים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לוקחים מים, כובע ונעליים טובות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3-4 משפטים: מה התחביב שלכם, ומתי יש לכם זמן פנאי?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הזמנה קצרה לפעילות בשכונה, בדומה למודעות שקראנו (קונצרט, מקהלה, טיול).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פנאי, ומה השורש של המילה?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אפשר לשיר בציבור בישראל?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צריך כדי לקחת ספר מהספרייה?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תרבות ופנאי בישראל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